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C744E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Abfrage der Abholberechtigungen</w:t>
      </w:r>
    </w:p>
    <w:p w14:paraId="7506C374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t>Liebe Eltern und Erziehungsberechtigte,</w:t>
      </w:r>
    </w:p>
    <w:p w14:paraId="1F85214B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t>damit wir sicherstellen können, dass Ihr Kind nur von den von Ihnen benannten Personen abgeholt wird, bitten wir Sie, uns die entsprechenden Abholberechtigungen mitzuteilen.</w:t>
      </w:r>
    </w:p>
    <w:p w14:paraId="515B004E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t>Bitte tragen Sie alle Personen ein, die berechtigt sind, Ihr Kind aus unserer Einrichtung abzuholen.</w:t>
      </w:r>
    </w:p>
    <w:p w14:paraId="2B2783CF" w14:textId="2603316C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Name des Kindes:</w:t>
      </w:r>
      <w:r w:rsidR="00653395" w:rsidRPr="001E5BB1">
        <w:rPr>
          <w:rFonts w:ascii="Arial" w:hAnsi="Arial" w:cs="Arial"/>
          <w:sz w:val="22"/>
          <w:lang w:val="de-DE"/>
        </w:rPr>
        <w:t xml:space="preserve"> _________________________________________________</w:t>
      </w:r>
      <w:r w:rsidRPr="001E5BB1">
        <w:rPr>
          <w:rFonts w:ascii="Arial" w:hAnsi="Arial" w:cs="Arial"/>
          <w:sz w:val="22"/>
          <w:lang w:val="de-DE"/>
        </w:rPr>
        <w:t xml:space="preserve"> </w:t>
      </w:r>
    </w:p>
    <w:p w14:paraId="44151A80" w14:textId="77777777" w:rsidR="00302FF4" w:rsidRPr="001E5BB1" w:rsidRDefault="00302FF4" w:rsidP="00302FF4">
      <w:pPr>
        <w:rPr>
          <w:rFonts w:ascii="Arial" w:hAnsi="Arial" w:cs="Arial"/>
          <w:b/>
          <w:bCs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Abholberechtigte Personen</w:t>
      </w:r>
    </w:p>
    <w:p w14:paraId="78A6753E" w14:textId="10C1E46B" w:rsidR="00302FF4" w:rsidRPr="001E5BB1" w:rsidRDefault="00302FF4" w:rsidP="00302FF4">
      <w:pPr>
        <w:numPr>
          <w:ilvl w:val="0"/>
          <w:numId w:val="10"/>
        </w:num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Name:</w:t>
      </w:r>
      <w:r w:rsidRPr="001E5BB1">
        <w:rPr>
          <w:rFonts w:ascii="Arial" w:hAnsi="Arial" w:cs="Arial"/>
          <w:sz w:val="22"/>
          <w:lang w:val="de-DE"/>
        </w:rPr>
        <w:t xml:space="preserve"> </w:t>
      </w:r>
      <w:r w:rsidR="00AE6C4D" w:rsidRPr="001E5BB1">
        <w:rPr>
          <w:rFonts w:ascii="Arial" w:hAnsi="Arial" w:cs="Arial"/>
          <w:sz w:val="22"/>
          <w:lang w:val="de-DE"/>
        </w:rPr>
        <w:t>_________________________________________________</w:t>
      </w:r>
      <w:r w:rsidRPr="001E5BB1">
        <w:rPr>
          <w:rFonts w:ascii="Arial" w:hAnsi="Arial" w:cs="Arial"/>
          <w:sz w:val="22"/>
          <w:lang w:val="de-DE"/>
        </w:rPr>
        <w:br/>
      </w:r>
      <w:r w:rsidRPr="001E5BB1">
        <w:rPr>
          <w:rFonts w:ascii="Arial" w:hAnsi="Arial" w:cs="Arial"/>
          <w:b/>
          <w:bCs/>
          <w:sz w:val="22"/>
          <w:lang w:val="de-DE"/>
        </w:rPr>
        <w:t>Verhältnis zum Kind:</w:t>
      </w:r>
      <w:r w:rsidRPr="001E5BB1">
        <w:rPr>
          <w:rFonts w:ascii="Arial" w:hAnsi="Arial" w:cs="Arial"/>
          <w:sz w:val="22"/>
          <w:lang w:val="de-DE"/>
        </w:rPr>
        <w:t xml:space="preserve"> </w:t>
      </w:r>
      <w:r w:rsidR="00AE6C4D" w:rsidRPr="001E5BB1">
        <w:rPr>
          <w:rFonts w:ascii="Arial" w:hAnsi="Arial" w:cs="Arial"/>
          <w:sz w:val="22"/>
          <w:lang w:val="de-DE"/>
        </w:rPr>
        <w:t>_________________________________________________</w:t>
      </w:r>
    </w:p>
    <w:p w14:paraId="24ECB613" w14:textId="64138E5B" w:rsidR="00302FF4" w:rsidRPr="001E5BB1" w:rsidRDefault="00302FF4" w:rsidP="00302FF4">
      <w:pPr>
        <w:numPr>
          <w:ilvl w:val="0"/>
          <w:numId w:val="10"/>
        </w:num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Name:</w:t>
      </w:r>
      <w:r w:rsidRPr="001E5BB1">
        <w:rPr>
          <w:rFonts w:ascii="Arial" w:hAnsi="Arial" w:cs="Arial"/>
          <w:sz w:val="22"/>
          <w:lang w:val="de-DE"/>
        </w:rPr>
        <w:t xml:space="preserve"> _________________________________________________</w:t>
      </w:r>
      <w:r w:rsidRPr="001E5BB1">
        <w:rPr>
          <w:rFonts w:ascii="Arial" w:hAnsi="Arial" w:cs="Arial"/>
          <w:sz w:val="22"/>
          <w:lang w:val="de-DE"/>
        </w:rPr>
        <w:br/>
      </w:r>
      <w:r w:rsidRPr="001E5BB1">
        <w:rPr>
          <w:rFonts w:ascii="Arial" w:hAnsi="Arial" w:cs="Arial"/>
          <w:b/>
          <w:bCs/>
          <w:sz w:val="22"/>
          <w:lang w:val="de-DE"/>
        </w:rPr>
        <w:t>Verhältnis zum Kind:</w:t>
      </w:r>
      <w:r w:rsidRPr="001E5BB1">
        <w:rPr>
          <w:rFonts w:ascii="Arial" w:hAnsi="Arial" w:cs="Arial"/>
          <w:sz w:val="22"/>
          <w:lang w:val="de-DE"/>
        </w:rPr>
        <w:t xml:space="preserve"> </w:t>
      </w:r>
      <w:r w:rsidR="00E62337" w:rsidRPr="001E5BB1">
        <w:rPr>
          <w:rFonts w:ascii="Arial" w:hAnsi="Arial" w:cs="Arial"/>
          <w:sz w:val="22"/>
          <w:lang w:val="de-DE"/>
        </w:rPr>
        <w:t>_________________________________________________</w:t>
      </w:r>
    </w:p>
    <w:p w14:paraId="2811B5C5" w14:textId="0C2FE923" w:rsidR="00302FF4" w:rsidRPr="001E5BB1" w:rsidRDefault="00302FF4" w:rsidP="00302FF4">
      <w:pPr>
        <w:numPr>
          <w:ilvl w:val="0"/>
          <w:numId w:val="10"/>
        </w:num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Name:</w:t>
      </w:r>
      <w:r w:rsidRPr="001E5BB1">
        <w:rPr>
          <w:rFonts w:ascii="Arial" w:hAnsi="Arial" w:cs="Arial"/>
          <w:sz w:val="22"/>
          <w:lang w:val="de-DE"/>
        </w:rPr>
        <w:t xml:space="preserve"> _________________________________________________</w:t>
      </w:r>
      <w:r w:rsidRPr="001E5BB1">
        <w:rPr>
          <w:rFonts w:ascii="Arial" w:hAnsi="Arial" w:cs="Arial"/>
          <w:sz w:val="22"/>
          <w:lang w:val="de-DE"/>
        </w:rPr>
        <w:br/>
      </w:r>
      <w:r w:rsidRPr="001E5BB1">
        <w:rPr>
          <w:rFonts w:ascii="Arial" w:hAnsi="Arial" w:cs="Arial"/>
          <w:b/>
          <w:bCs/>
          <w:sz w:val="22"/>
          <w:lang w:val="de-DE"/>
        </w:rPr>
        <w:t>Verhältnis zum Kind:</w:t>
      </w:r>
      <w:r w:rsidRPr="001E5BB1">
        <w:rPr>
          <w:rFonts w:ascii="Arial" w:hAnsi="Arial" w:cs="Arial"/>
          <w:sz w:val="22"/>
          <w:lang w:val="de-DE"/>
        </w:rPr>
        <w:t xml:space="preserve"> </w:t>
      </w:r>
      <w:r w:rsidR="00E62337" w:rsidRPr="001E5BB1">
        <w:rPr>
          <w:rFonts w:ascii="Arial" w:hAnsi="Arial" w:cs="Arial"/>
          <w:sz w:val="22"/>
          <w:lang w:val="de-DE"/>
        </w:rPr>
        <w:t>_________________________________________________</w:t>
      </w:r>
    </w:p>
    <w:p w14:paraId="4A770941" w14:textId="25B597C3" w:rsidR="00302FF4" w:rsidRDefault="00302FF4" w:rsidP="00302FF4">
      <w:pPr>
        <w:numPr>
          <w:ilvl w:val="0"/>
          <w:numId w:val="10"/>
        </w:num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Name:</w:t>
      </w:r>
      <w:r w:rsidRPr="001E5BB1">
        <w:rPr>
          <w:rFonts w:ascii="Arial" w:hAnsi="Arial" w:cs="Arial"/>
          <w:sz w:val="22"/>
          <w:lang w:val="de-DE"/>
        </w:rPr>
        <w:t xml:space="preserve"> _________________________________________________</w:t>
      </w:r>
      <w:r w:rsidRPr="001E5BB1">
        <w:rPr>
          <w:rFonts w:ascii="Arial" w:hAnsi="Arial" w:cs="Arial"/>
          <w:sz w:val="22"/>
          <w:lang w:val="de-DE"/>
        </w:rPr>
        <w:br/>
      </w:r>
      <w:r w:rsidRPr="001E5BB1">
        <w:rPr>
          <w:rFonts w:ascii="Arial" w:hAnsi="Arial" w:cs="Arial"/>
          <w:b/>
          <w:bCs/>
          <w:sz w:val="22"/>
          <w:lang w:val="de-DE"/>
        </w:rPr>
        <w:t>Verhältnis zum Kind:</w:t>
      </w:r>
      <w:r w:rsidRPr="001E5BB1">
        <w:rPr>
          <w:rFonts w:ascii="Arial" w:hAnsi="Arial" w:cs="Arial"/>
          <w:sz w:val="22"/>
          <w:lang w:val="de-DE"/>
        </w:rPr>
        <w:t xml:space="preserve"> </w:t>
      </w:r>
      <w:r w:rsidR="00E62337" w:rsidRPr="001E5BB1">
        <w:rPr>
          <w:rFonts w:ascii="Arial" w:hAnsi="Arial" w:cs="Arial"/>
          <w:sz w:val="22"/>
          <w:lang w:val="de-DE"/>
        </w:rPr>
        <w:t>_________________________________________________</w:t>
      </w:r>
    </w:p>
    <w:p w14:paraId="07A66C3B" w14:textId="028457E9" w:rsidR="003D3228" w:rsidRPr="003D3228" w:rsidRDefault="003D3228" w:rsidP="003D3228">
      <w:pPr>
        <w:numPr>
          <w:ilvl w:val="0"/>
          <w:numId w:val="10"/>
        </w:num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Name:</w:t>
      </w:r>
      <w:r w:rsidRPr="001E5BB1">
        <w:rPr>
          <w:rFonts w:ascii="Arial" w:hAnsi="Arial" w:cs="Arial"/>
          <w:sz w:val="22"/>
          <w:lang w:val="de-DE"/>
        </w:rPr>
        <w:t xml:space="preserve"> _________________________________________________</w:t>
      </w:r>
      <w:r w:rsidRPr="001E5BB1">
        <w:rPr>
          <w:rFonts w:ascii="Arial" w:hAnsi="Arial" w:cs="Arial"/>
          <w:sz w:val="22"/>
          <w:lang w:val="de-DE"/>
        </w:rPr>
        <w:br/>
      </w:r>
      <w:r w:rsidRPr="001E5BB1">
        <w:rPr>
          <w:rFonts w:ascii="Arial" w:hAnsi="Arial" w:cs="Arial"/>
          <w:b/>
          <w:bCs/>
          <w:sz w:val="22"/>
          <w:lang w:val="de-DE"/>
        </w:rPr>
        <w:t>Verhältnis zum Kind:</w:t>
      </w:r>
      <w:r w:rsidRPr="001E5BB1">
        <w:rPr>
          <w:rFonts w:ascii="Arial" w:hAnsi="Arial" w:cs="Arial"/>
          <w:sz w:val="22"/>
          <w:lang w:val="de-DE"/>
        </w:rPr>
        <w:t xml:space="preserve"> </w:t>
      </w:r>
      <w:r w:rsidR="00E62337" w:rsidRPr="001E5BB1">
        <w:rPr>
          <w:rFonts w:ascii="Arial" w:hAnsi="Arial" w:cs="Arial"/>
          <w:sz w:val="22"/>
          <w:lang w:val="de-DE"/>
        </w:rPr>
        <w:t>_________________________________________________</w:t>
      </w:r>
    </w:p>
    <w:p w14:paraId="53AACF6A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t>Bitte informieren Sie uns umgehend, wenn sich Änderungen bei den Abholberechtigungen ergeben.</w:t>
      </w:r>
    </w:p>
    <w:p w14:paraId="5AE3F650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t>Vielen Dank für Ihre Unterstützung und die gute Zusammenarbeit.</w:t>
      </w:r>
    </w:p>
    <w:p w14:paraId="766D4EF9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t>Mit freundlichen Grüßen</w:t>
      </w:r>
    </w:p>
    <w:p w14:paraId="61CB826A" w14:textId="77777777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Datum:</w:t>
      </w:r>
      <w:r w:rsidRPr="001E5BB1">
        <w:rPr>
          <w:rFonts w:ascii="Arial" w:hAnsi="Arial" w:cs="Arial"/>
          <w:sz w:val="22"/>
          <w:lang w:val="de-DE"/>
        </w:rPr>
        <w:t xml:space="preserve"> _________________________</w:t>
      </w:r>
    </w:p>
    <w:p w14:paraId="5757087A" w14:textId="2FD779AF" w:rsidR="00302FF4" w:rsidRPr="001E5BB1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b/>
          <w:bCs/>
          <w:sz w:val="22"/>
          <w:lang w:val="de-DE"/>
        </w:rPr>
        <w:t>Unterschrift der/des Erziehungsberechtigten</w:t>
      </w:r>
      <w:r w:rsidR="005F6165">
        <w:rPr>
          <w:rFonts w:ascii="Arial" w:hAnsi="Arial" w:cs="Arial"/>
          <w:b/>
          <w:bCs/>
          <w:sz w:val="22"/>
          <w:lang w:val="de-DE"/>
        </w:rPr>
        <w:t xml:space="preserve"> (</w:t>
      </w:r>
      <w:proofErr w:type="spellStart"/>
      <w:r w:rsidR="005F6165">
        <w:rPr>
          <w:rFonts w:ascii="Arial" w:hAnsi="Arial" w:cs="Arial"/>
          <w:b/>
          <w:bCs/>
          <w:sz w:val="22"/>
          <w:lang w:val="de-DE"/>
        </w:rPr>
        <w:t>zusätzl</w:t>
      </w:r>
      <w:proofErr w:type="spellEnd"/>
      <w:r w:rsidR="005F6165">
        <w:rPr>
          <w:rFonts w:ascii="Arial" w:hAnsi="Arial" w:cs="Arial"/>
          <w:b/>
          <w:bCs/>
          <w:sz w:val="22"/>
          <w:lang w:val="de-DE"/>
        </w:rPr>
        <w:t>. Name in Druckbuchstaben)</w:t>
      </w:r>
      <w:r w:rsidRPr="001E5BB1">
        <w:rPr>
          <w:rFonts w:ascii="Arial" w:hAnsi="Arial" w:cs="Arial"/>
          <w:b/>
          <w:bCs/>
          <w:sz w:val="22"/>
          <w:lang w:val="de-DE"/>
        </w:rPr>
        <w:t>:</w:t>
      </w:r>
    </w:p>
    <w:p w14:paraId="0B9EF44D" w14:textId="57769DA7" w:rsidR="00AE56CE" w:rsidRDefault="00302FF4" w:rsidP="00302FF4">
      <w:pPr>
        <w:rPr>
          <w:rFonts w:ascii="Arial" w:hAnsi="Arial" w:cs="Arial"/>
          <w:sz w:val="22"/>
          <w:lang w:val="de-DE"/>
        </w:rPr>
      </w:pPr>
      <w:r w:rsidRPr="001E5BB1">
        <w:rPr>
          <w:rFonts w:ascii="Arial" w:hAnsi="Arial" w:cs="Arial"/>
          <w:sz w:val="22"/>
          <w:lang w:val="de-DE"/>
        </w:rPr>
        <w:pict w14:anchorId="73777CD2">
          <v:rect id="_x0000_i1050" style="width:0;height:1.5pt" o:hralign="center" o:hrstd="t" o:hr="t" fillcolor="#a0a0a0" stroked="f"/>
        </w:pict>
      </w:r>
    </w:p>
    <w:p w14:paraId="4EA3B543" w14:textId="5992A8DD" w:rsidR="005F6165" w:rsidRPr="001E5BB1" w:rsidRDefault="005F6165" w:rsidP="00302FF4">
      <w:pPr>
        <w:rPr>
          <w:rFonts w:ascii="Arial" w:hAnsi="Arial" w:cs="Arial"/>
          <w:sz w:val="22"/>
        </w:rPr>
      </w:pPr>
      <w:r w:rsidRPr="001E5BB1">
        <w:rPr>
          <w:rFonts w:ascii="Arial" w:hAnsi="Arial" w:cs="Arial"/>
          <w:sz w:val="22"/>
          <w:lang w:val="de-DE"/>
        </w:rPr>
        <w:pict w14:anchorId="6F864AE8">
          <v:rect id="_x0000_i1054" style="width:0;height:1.5pt" o:hralign="center" o:hrstd="t" o:hr="t" fillcolor="#a0a0a0" stroked="f"/>
        </w:pict>
      </w:r>
    </w:p>
    <w:sectPr w:rsidR="005F6165" w:rsidRPr="001E5BB1" w:rsidSect="00034616">
      <w:headerReference w:type="default" r:id="rId8"/>
      <w:footerReference w:type="default" r:id="rId9"/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1CB17" w14:textId="77777777" w:rsidR="00987EA8" w:rsidRDefault="00987EA8">
      <w:pPr>
        <w:spacing w:after="0" w:line="240" w:lineRule="auto"/>
      </w:pPr>
      <w:r>
        <w:separator/>
      </w:r>
    </w:p>
  </w:endnote>
  <w:endnote w:type="continuationSeparator" w:id="0">
    <w:p w14:paraId="2A969395" w14:textId="77777777" w:rsidR="00987EA8" w:rsidRDefault="00987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3E2DD" w14:textId="527B4A0E" w:rsidR="00775A58" w:rsidRPr="00A23387" w:rsidRDefault="00987EA8">
    <w:pPr>
      <w:pStyle w:val="Fuzeile"/>
      <w:jc w:val="center"/>
      <w:rPr>
        <w:sz w:val="20"/>
        <w:szCs w:val="20"/>
      </w:rPr>
    </w:pPr>
    <w:r w:rsidRPr="00A23387">
      <w:rPr>
        <w:sz w:val="20"/>
        <w:szCs w:val="20"/>
      </w:rPr>
      <w:t xml:space="preserve">OGTS </w:t>
    </w:r>
    <w:proofErr w:type="spellStart"/>
    <w:proofErr w:type="gramStart"/>
    <w:r w:rsidRPr="00A23387">
      <w:rPr>
        <w:sz w:val="20"/>
        <w:szCs w:val="20"/>
      </w:rPr>
      <w:t>Tangstedt</w:t>
    </w:r>
    <w:proofErr w:type="spellEnd"/>
    <w:r w:rsidRPr="00A23387">
      <w:rPr>
        <w:sz w:val="20"/>
        <w:szCs w:val="20"/>
      </w:rPr>
      <w:t xml:space="preserve">  •</w:t>
    </w:r>
    <w:proofErr w:type="gramEnd"/>
    <w:r w:rsidRPr="00A23387">
      <w:rPr>
        <w:sz w:val="20"/>
        <w:szCs w:val="20"/>
      </w:rPr>
      <w:t xml:space="preserve">  </w:t>
    </w:r>
    <w:proofErr w:type="spellStart"/>
    <w:r w:rsidR="00775A58" w:rsidRPr="00A23387">
      <w:rPr>
        <w:sz w:val="20"/>
        <w:szCs w:val="20"/>
      </w:rPr>
      <w:t>Brummerackerweg</w:t>
    </w:r>
    <w:proofErr w:type="spellEnd"/>
    <w:r w:rsidR="00775A58" w:rsidRPr="00A23387">
      <w:rPr>
        <w:sz w:val="20"/>
        <w:szCs w:val="20"/>
      </w:rPr>
      <w:t xml:space="preserve"> 10, 25499 </w:t>
    </w:r>
    <w:proofErr w:type="spellStart"/>
    <w:r w:rsidR="00775A58" w:rsidRPr="00A23387">
      <w:rPr>
        <w:sz w:val="20"/>
        <w:szCs w:val="20"/>
      </w:rPr>
      <w:t>Tangstedt</w:t>
    </w:r>
    <w:proofErr w:type="spellEnd"/>
  </w:p>
  <w:p w14:paraId="282CC06C" w14:textId="0BA903B4" w:rsidR="00A23387" w:rsidRPr="00A23387" w:rsidRDefault="00A23387">
    <w:pPr>
      <w:pStyle w:val="Fuzeile"/>
      <w:jc w:val="center"/>
      <w:rPr>
        <w:sz w:val="20"/>
        <w:szCs w:val="20"/>
      </w:rPr>
    </w:pPr>
    <w:proofErr w:type="spellStart"/>
    <w:r w:rsidRPr="00A23387">
      <w:rPr>
        <w:sz w:val="20"/>
        <w:szCs w:val="20"/>
      </w:rPr>
      <w:t>Koordinatorin</w:t>
    </w:r>
    <w:proofErr w:type="spellEnd"/>
    <w:r w:rsidRPr="00A23387">
      <w:rPr>
        <w:sz w:val="20"/>
        <w:szCs w:val="20"/>
      </w:rPr>
      <w:t xml:space="preserve"> Britta Beckmann: 0176/5594743</w:t>
    </w:r>
  </w:p>
  <w:p w14:paraId="09D018E4" w14:textId="14F270DF" w:rsidR="00A23387" w:rsidRPr="00A23387" w:rsidRDefault="00A23387">
    <w:pPr>
      <w:pStyle w:val="Fuzeile"/>
      <w:jc w:val="center"/>
      <w:rPr>
        <w:sz w:val="20"/>
        <w:szCs w:val="20"/>
      </w:rPr>
    </w:pPr>
    <w:proofErr w:type="spellStart"/>
    <w:r w:rsidRPr="00A23387">
      <w:rPr>
        <w:sz w:val="20"/>
        <w:szCs w:val="20"/>
      </w:rPr>
      <w:t>Betreuung</w:t>
    </w:r>
    <w:proofErr w:type="spellEnd"/>
    <w:r w:rsidRPr="00A23387">
      <w:rPr>
        <w:sz w:val="20"/>
        <w:szCs w:val="20"/>
      </w:rPr>
      <w:t>: 04101/588 1845</w:t>
    </w:r>
  </w:p>
  <w:p w14:paraId="5E4EDC04" w14:textId="6D151EE3" w:rsidR="00A23387" w:rsidRPr="00A23387" w:rsidRDefault="00A23387">
    <w:pPr>
      <w:pStyle w:val="Fuzeile"/>
      <w:jc w:val="center"/>
      <w:rPr>
        <w:sz w:val="20"/>
        <w:szCs w:val="20"/>
      </w:rPr>
    </w:pPr>
    <w:proofErr w:type="spellStart"/>
    <w:r w:rsidRPr="00A23387">
      <w:rPr>
        <w:sz w:val="20"/>
        <w:szCs w:val="20"/>
      </w:rPr>
      <w:t>Whatsapp</w:t>
    </w:r>
    <w:proofErr w:type="spellEnd"/>
    <w:r w:rsidRPr="00A23387">
      <w:rPr>
        <w:sz w:val="20"/>
        <w:szCs w:val="20"/>
      </w:rPr>
      <w:t>: 01520/9232007</w:t>
    </w:r>
  </w:p>
  <w:p w14:paraId="4A4322AB" w14:textId="3C1579F9" w:rsidR="00214CE2" w:rsidRPr="00A23387" w:rsidRDefault="00987EA8">
    <w:pPr>
      <w:pStyle w:val="Fuzeile"/>
      <w:jc w:val="center"/>
      <w:rPr>
        <w:sz w:val="20"/>
        <w:szCs w:val="20"/>
      </w:rPr>
    </w:pPr>
    <w:r w:rsidRPr="00A23387">
      <w:rPr>
        <w:sz w:val="20"/>
        <w:szCs w:val="20"/>
      </w:rPr>
      <w:t>E-Mail: OGTS.GSTangstedt@schule.landsh.de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FB2E1" w14:textId="77777777" w:rsidR="00987EA8" w:rsidRDefault="00987EA8">
      <w:pPr>
        <w:spacing w:after="0" w:line="240" w:lineRule="auto"/>
      </w:pPr>
      <w:r>
        <w:separator/>
      </w:r>
    </w:p>
  </w:footnote>
  <w:footnote w:type="continuationSeparator" w:id="0">
    <w:p w14:paraId="0A9493B0" w14:textId="77777777" w:rsidR="00987EA8" w:rsidRDefault="00987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F61D5" w14:textId="2C0A6BE7" w:rsidR="00A23387" w:rsidRPr="00AE56CE" w:rsidRDefault="00AE56CE" w:rsidP="00AE56CE">
    <w:pPr>
      <w:pStyle w:val="Kopfzeile"/>
      <w:jc w:val="center"/>
    </w:pPr>
    <w:r>
      <w:rPr>
        <w:noProof/>
      </w:rPr>
      <w:drawing>
        <wp:inline distT="0" distB="0" distL="0" distR="0" wp14:anchorId="6EE2A8D6" wp14:editId="0B860ABE">
          <wp:extent cx="2313185" cy="1187435"/>
          <wp:effectExtent l="0" t="0" r="0" b="0"/>
          <wp:docPr id="1935866468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4620" cy="12035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1372209"/>
    <w:multiLevelType w:val="multilevel"/>
    <w:tmpl w:val="EDAC7F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022618">
    <w:abstractNumId w:val="8"/>
  </w:num>
  <w:num w:numId="2" w16cid:durableId="826942017">
    <w:abstractNumId w:val="6"/>
  </w:num>
  <w:num w:numId="3" w16cid:durableId="1877965601">
    <w:abstractNumId w:val="5"/>
  </w:num>
  <w:num w:numId="4" w16cid:durableId="774056883">
    <w:abstractNumId w:val="4"/>
  </w:num>
  <w:num w:numId="5" w16cid:durableId="1560433188">
    <w:abstractNumId w:val="7"/>
  </w:num>
  <w:num w:numId="6" w16cid:durableId="993799314">
    <w:abstractNumId w:val="3"/>
  </w:num>
  <w:num w:numId="7" w16cid:durableId="1522206103">
    <w:abstractNumId w:val="2"/>
  </w:num>
  <w:num w:numId="8" w16cid:durableId="298922547">
    <w:abstractNumId w:val="1"/>
  </w:num>
  <w:num w:numId="9" w16cid:durableId="691801711">
    <w:abstractNumId w:val="0"/>
  </w:num>
  <w:num w:numId="10" w16cid:durableId="11974309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5BB1"/>
    <w:rsid w:val="00214CE2"/>
    <w:rsid w:val="0029639D"/>
    <w:rsid w:val="002D69E2"/>
    <w:rsid w:val="002D6F0A"/>
    <w:rsid w:val="002E4A62"/>
    <w:rsid w:val="00302FF4"/>
    <w:rsid w:val="00326F90"/>
    <w:rsid w:val="003D3228"/>
    <w:rsid w:val="005F6165"/>
    <w:rsid w:val="00653395"/>
    <w:rsid w:val="00713017"/>
    <w:rsid w:val="0075630F"/>
    <w:rsid w:val="00775A58"/>
    <w:rsid w:val="00783A7F"/>
    <w:rsid w:val="00987EA8"/>
    <w:rsid w:val="00A23387"/>
    <w:rsid w:val="00AA1D8D"/>
    <w:rsid w:val="00AE56CE"/>
    <w:rsid w:val="00AE6C4D"/>
    <w:rsid w:val="00B47730"/>
    <w:rsid w:val="00CB0664"/>
    <w:rsid w:val="00D773CB"/>
    <w:rsid w:val="00E62337"/>
    <w:rsid w:val="00F85CC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D4577F"/>
  <w14:defaultImageDpi w14:val="300"/>
  <w15:docId w15:val="{C2E71F28-EB8D-4E3D-B15D-3E397D91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rFonts w:ascii="Aptos" w:hAnsi="Aptos"/>
      <w:sz w:val="21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4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1373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Juliane Rodehüser</cp:lastModifiedBy>
  <cp:revision>2</cp:revision>
  <cp:lastPrinted>2026-08-24T09:55:00Z</cp:lastPrinted>
  <dcterms:created xsi:type="dcterms:W3CDTF">2026-08-24T09:57:00Z</dcterms:created>
  <dcterms:modified xsi:type="dcterms:W3CDTF">2026-08-24T09:57:00Z</dcterms:modified>
  <cp:category/>
</cp:coreProperties>
</file>